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8CB9D" w14:textId="77777777" w:rsidR="001359AA" w:rsidRDefault="001F5561">
      <w:pPr>
        <w:autoSpaceDE w:val="0"/>
        <w:autoSpaceDN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2867EDD3" wp14:editId="361B7C70">
            <wp:extent cx="7796530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653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9AA" w:rsidSect="0003461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374327">
    <w:abstractNumId w:val="8"/>
  </w:num>
  <w:num w:numId="2" w16cid:durableId="51009123">
    <w:abstractNumId w:val="6"/>
  </w:num>
  <w:num w:numId="3" w16cid:durableId="1897088549">
    <w:abstractNumId w:val="5"/>
  </w:num>
  <w:num w:numId="4" w16cid:durableId="579608707">
    <w:abstractNumId w:val="4"/>
  </w:num>
  <w:num w:numId="5" w16cid:durableId="578517936">
    <w:abstractNumId w:val="7"/>
  </w:num>
  <w:num w:numId="6" w16cid:durableId="115954525">
    <w:abstractNumId w:val="3"/>
  </w:num>
  <w:num w:numId="7" w16cid:durableId="1263106213">
    <w:abstractNumId w:val="2"/>
  </w:num>
  <w:num w:numId="8" w16cid:durableId="2109420219">
    <w:abstractNumId w:val="1"/>
  </w:num>
  <w:num w:numId="9" w16cid:durableId="14809217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59AA"/>
    <w:rsid w:val="0015074B"/>
    <w:rsid w:val="001F5561"/>
    <w:rsid w:val="0029639D"/>
    <w:rsid w:val="00326F90"/>
    <w:rsid w:val="003A14C4"/>
    <w:rsid w:val="00AA1D8D"/>
    <w:rsid w:val="00B47730"/>
    <w:rsid w:val="00CB0664"/>
    <w:rsid w:val="00FC49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361E0"/>
  <w14:defaultImageDpi w14:val="300"/>
  <w15:docId w15:val="{8071DDB9-A438-9543-B9C3-EE130BC3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